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5BEC6" w14:textId="67A4B5E0" w:rsidR="00850679" w:rsidRDefault="009F3358">
      <w:pPr>
        <w:spacing w:after="20"/>
        <w:jc w:val="center"/>
        <w:rPr>
          <w:lang w:eastAsia="ja-JP"/>
        </w:rPr>
      </w:pPr>
      <w:r>
        <w:rPr>
          <w:b/>
          <w:lang w:eastAsia="ja-JP"/>
        </w:rPr>
        <w:t>多元的イノベーションを先導する次世代研究者育成プロジェクト</w:t>
      </w:r>
    </w:p>
    <w:p w14:paraId="2BB48C12" w14:textId="647C2381" w:rsidR="00850679" w:rsidRPr="007D129C" w:rsidRDefault="00E73BA6">
      <w:pPr>
        <w:spacing w:after="100"/>
        <w:jc w:val="center"/>
        <w:rPr>
          <w:rFonts w:ascii="Times New Roman" w:hAnsi="Times New Roman" w:cs="Times New Roman"/>
          <w:szCs w:val="18"/>
          <w:lang w:eastAsia="ja-JP"/>
        </w:rPr>
      </w:pPr>
      <w:r w:rsidRPr="007D129C">
        <w:rPr>
          <w:rFonts w:ascii="Times New Roman" w:hAnsi="Times New Roman" w:cs="Times New Roman"/>
          <w:szCs w:val="18"/>
          <w:lang w:eastAsia="ja-JP"/>
        </w:rPr>
        <w:t>Next-Generation Researcher Development Project for Leading Multidimensional Innovations</w:t>
      </w:r>
    </w:p>
    <w:p w14:paraId="486E55B9" w14:textId="096AEE2C" w:rsidR="00850679" w:rsidRDefault="00BB3460">
      <w:pPr>
        <w:spacing w:after="20"/>
        <w:jc w:val="center"/>
        <w:rPr>
          <w:lang w:eastAsia="ja-JP"/>
        </w:rPr>
      </w:pPr>
      <w:r>
        <w:rPr>
          <w:rFonts w:hint="eastAsia"/>
          <w:b/>
          <w:sz w:val="26"/>
          <w:lang w:eastAsia="ja-JP"/>
        </w:rPr>
        <w:t>研究奨励費受給申請に関する補足説明（④-2、⑤-2、⑤-3該当者）</w:t>
      </w:r>
    </w:p>
    <w:p w14:paraId="33652078" w14:textId="30845359" w:rsidR="00051D96" w:rsidRDefault="00B2202F" w:rsidP="007503E3">
      <w:pPr>
        <w:spacing w:after="80"/>
        <w:jc w:val="center"/>
        <w:rPr>
          <w:rFonts w:ascii="Times New Roman" w:hAnsi="Times New Roman" w:cs="Times New Roman"/>
          <w:b/>
          <w:sz w:val="20"/>
          <w:lang w:eastAsia="ja-JP"/>
        </w:rPr>
      </w:pPr>
      <w:r w:rsidRPr="007D129C">
        <w:rPr>
          <w:rFonts w:ascii="Times New Roman" w:hAnsi="Times New Roman" w:cs="Times New Roman"/>
          <w:b/>
          <w:sz w:val="20"/>
        </w:rPr>
        <w:t xml:space="preserve">Supplementary </w:t>
      </w:r>
      <w:r w:rsidR="00903124" w:rsidRPr="007D129C">
        <w:rPr>
          <w:rFonts w:ascii="Times New Roman" w:hAnsi="Times New Roman" w:cs="Times New Roman"/>
          <w:b/>
          <w:sz w:val="20"/>
          <w:lang w:eastAsia="ja-JP"/>
        </w:rPr>
        <w:t>Explanation</w:t>
      </w:r>
      <w:r w:rsidRPr="007D129C">
        <w:rPr>
          <w:rFonts w:ascii="Times New Roman" w:hAnsi="Times New Roman" w:cs="Times New Roman"/>
          <w:b/>
          <w:sz w:val="20"/>
        </w:rPr>
        <w:t xml:space="preserve"> </w:t>
      </w:r>
      <w:r w:rsidR="00903124" w:rsidRPr="007D129C">
        <w:rPr>
          <w:rFonts w:ascii="Times New Roman" w:hAnsi="Times New Roman" w:cs="Times New Roman"/>
          <w:b/>
          <w:sz w:val="20"/>
          <w:lang w:eastAsia="ja-JP"/>
        </w:rPr>
        <w:t>Regarding</w:t>
      </w:r>
      <w:r w:rsidRPr="007D129C">
        <w:rPr>
          <w:rFonts w:ascii="Times New Roman" w:hAnsi="Times New Roman" w:cs="Times New Roman"/>
          <w:b/>
          <w:sz w:val="20"/>
        </w:rPr>
        <w:t xml:space="preserve"> Research </w:t>
      </w:r>
      <w:r w:rsidR="00903124" w:rsidRPr="007D129C">
        <w:rPr>
          <w:rFonts w:ascii="Times New Roman" w:hAnsi="Times New Roman" w:cs="Times New Roman"/>
          <w:b/>
          <w:sz w:val="20"/>
          <w:lang w:eastAsia="ja-JP"/>
        </w:rPr>
        <w:t>Allowance</w:t>
      </w:r>
      <w:r w:rsidRPr="007D129C">
        <w:rPr>
          <w:rFonts w:ascii="Times New Roman" w:hAnsi="Times New Roman" w:cs="Times New Roman"/>
          <w:b/>
          <w:sz w:val="20"/>
        </w:rPr>
        <w:t xml:space="preserve"> Application</w:t>
      </w:r>
      <w:r w:rsidR="00903124" w:rsidRPr="007D129C">
        <w:rPr>
          <w:rFonts w:ascii="Times New Roman" w:hAnsi="Times New Roman" w:cs="Times New Roman"/>
          <w:b/>
          <w:sz w:val="20"/>
          <w:lang w:eastAsia="ja-JP"/>
        </w:rPr>
        <w:t>s</w:t>
      </w:r>
    </w:p>
    <w:p w14:paraId="2F913E76" w14:textId="06C36810" w:rsidR="007503E3" w:rsidRPr="007D129C" w:rsidRDefault="00B2202F" w:rsidP="007503E3">
      <w:pPr>
        <w:spacing w:after="80"/>
        <w:jc w:val="center"/>
        <w:rPr>
          <w:rFonts w:ascii="Times New Roman" w:hAnsi="Times New Roman" w:cs="Times New Roman"/>
          <w:b/>
          <w:sz w:val="20"/>
        </w:rPr>
      </w:pPr>
      <w:r w:rsidRPr="007D129C">
        <w:rPr>
          <w:rFonts w:ascii="Times New Roman" w:hAnsi="Times New Roman" w:cs="Times New Roman" w:hint="eastAsia"/>
          <w:b/>
          <w:sz w:val="20"/>
          <w:lang w:eastAsia="ja-JP"/>
        </w:rPr>
        <w:t>（</w:t>
      </w:r>
      <w:r w:rsidRPr="007D129C">
        <w:rPr>
          <w:rFonts w:ascii="Times New Roman" w:hAnsi="Times New Roman" w:cs="Times New Roman"/>
          <w:b/>
          <w:sz w:val="20"/>
          <w:lang w:eastAsia="ja-JP"/>
        </w:rPr>
        <w:t xml:space="preserve">For </w:t>
      </w:r>
      <w:r w:rsidR="00903124" w:rsidRPr="007D129C">
        <w:rPr>
          <w:rFonts w:ascii="Times New Roman" w:hAnsi="Times New Roman" w:cs="Times New Roman"/>
          <w:b/>
          <w:sz w:val="20"/>
          <w:lang w:eastAsia="ja-JP"/>
        </w:rPr>
        <w:t>A</w:t>
      </w:r>
      <w:r w:rsidRPr="007D129C">
        <w:rPr>
          <w:rFonts w:ascii="Times New Roman" w:hAnsi="Times New Roman" w:cs="Times New Roman"/>
          <w:b/>
          <w:sz w:val="20"/>
          <w:lang w:eastAsia="ja-JP"/>
        </w:rPr>
        <w:t xml:space="preserve">pplicants  </w:t>
      </w:r>
      <w:r w:rsidRPr="007D129C">
        <w:rPr>
          <w:rFonts w:ascii="Cambria Math" w:hAnsi="Cambria Math" w:cs="Cambria Math"/>
          <w:b/>
          <w:sz w:val="20"/>
          <w:lang w:eastAsia="ja-JP"/>
        </w:rPr>
        <w:t>④</w:t>
      </w:r>
      <w:r w:rsidRPr="007D129C">
        <w:rPr>
          <w:rFonts w:ascii="Times New Roman" w:hAnsi="Times New Roman" w:cs="Times New Roman"/>
          <w:b/>
          <w:sz w:val="20"/>
          <w:lang w:eastAsia="ja-JP"/>
        </w:rPr>
        <w:t xml:space="preserve">-2, </w:t>
      </w:r>
      <w:r w:rsidRPr="007D129C">
        <w:rPr>
          <w:rFonts w:ascii="Cambria Math" w:hAnsi="Cambria Math" w:cs="Cambria Math"/>
          <w:b/>
          <w:sz w:val="20"/>
          <w:lang w:eastAsia="ja-JP"/>
        </w:rPr>
        <w:t>⑤</w:t>
      </w:r>
      <w:r w:rsidRPr="007D129C">
        <w:rPr>
          <w:rFonts w:ascii="Times New Roman" w:hAnsi="Times New Roman" w:cs="Times New Roman"/>
          <w:b/>
          <w:sz w:val="20"/>
          <w:lang w:eastAsia="ja-JP"/>
        </w:rPr>
        <w:t xml:space="preserve">-2, and </w:t>
      </w:r>
      <w:r w:rsidRPr="007D129C">
        <w:rPr>
          <w:rFonts w:ascii="Cambria Math" w:hAnsi="Cambria Math" w:cs="Cambria Math"/>
          <w:b/>
          <w:sz w:val="20"/>
          <w:lang w:eastAsia="ja-JP"/>
        </w:rPr>
        <w:t>⑤</w:t>
      </w:r>
      <w:r w:rsidRPr="007D129C">
        <w:rPr>
          <w:rFonts w:ascii="Times New Roman" w:hAnsi="Times New Roman" w:cs="Times New Roman"/>
          <w:b/>
          <w:sz w:val="20"/>
          <w:lang w:eastAsia="ja-JP"/>
        </w:rPr>
        <w:t>-3</w:t>
      </w:r>
      <w:r w:rsidRPr="007D129C">
        <w:rPr>
          <w:rFonts w:ascii="Times New Roman" w:hAnsi="Times New Roman" w:cs="Times New Roman" w:hint="eastAsia"/>
          <w:b/>
          <w:sz w:val="20"/>
          <w:lang w:eastAsia="ja-JP"/>
        </w:rPr>
        <w:t>）</w:t>
      </w:r>
    </w:p>
    <w:p w14:paraId="0D040805" w14:textId="41253B31" w:rsidR="00B2202F" w:rsidRDefault="009F3358">
      <w:pPr>
        <w:spacing w:after="80"/>
        <w:rPr>
          <w:lang w:eastAsia="ja-JP"/>
        </w:rPr>
      </w:pPr>
      <w:r>
        <w:rPr>
          <w:lang w:eastAsia="ja-JP"/>
        </w:rPr>
        <w:t>対象 /</w:t>
      </w:r>
      <w:r w:rsidR="00B2202F" w:rsidRPr="00B2202F">
        <w:rPr>
          <w:lang w:eastAsia="ja-JP"/>
        </w:rPr>
        <w:t xml:space="preserve"> </w:t>
      </w:r>
      <w:r w:rsidR="00903124" w:rsidRPr="00903124">
        <w:rPr>
          <w:lang w:eastAsia="ja-JP"/>
        </w:rPr>
        <w:t>Applicable Applicants</w:t>
      </w:r>
      <w:r w:rsidR="00903124" w:rsidRPr="00903124" w:rsidDel="00903124">
        <w:rPr>
          <w:lang w:eastAsia="ja-JP"/>
        </w:rPr>
        <w:t xml:space="preserve"> </w:t>
      </w:r>
    </w:p>
    <w:p w14:paraId="224031AE" w14:textId="2C45CE31" w:rsidR="00B76647" w:rsidRDefault="00B76647" w:rsidP="007D129C">
      <w:pPr>
        <w:spacing w:after="80"/>
        <w:ind w:firstLineChars="200" w:firstLine="360"/>
        <w:rPr>
          <w:lang w:eastAsia="ja-JP"/>
        </w:rPr>
      </w:pPr>
      <w:r w:rsidRPr="00B76647">
        <w:rPr>
          <w:lang w:eastAsia="ja-JP"/>
        </w:rPr>
        <w:t>④-2</w:t>
      </w:r>
      <w:r w:rsidR="00B2202F">
        <w:rPr>
          <w:rFonts w:hint="eastAsia"/>
          <w:lang w:eastAsia="ja-JP"/>
        </w:rPr>
        <w:t>：</w:t>
      </w:r>
      <w:r w:rsidRPr="00B76647">
        <w:rPr>
          <w:lang w:eastAsia="ja-JP"/>
        </w:rPr>
        <w:t>「定住者」のうち、将来永住する意思があると認められる者</w:t>
      </w:r>
    </w:p>
    <w:p w14:paraId="6668B49C" w14:textId="421F691B" w:rsidR="00C71C42" w:rsidRDefault="00B2202F" w:rsidP="007D129C">
      <w:pPr>
        <w:spacing w:after="80"/>
        <w:ind w:firstLineChars="500" w:firstLine="900"/>
        <w:rPr>
          <w:lang w:eastAsia="ja-JP"/>
        </w:rPr>
      </w:pPr>
      <w:r w:rsidRPr="007D129C">
        <w:rPr>
          <w:rFonts w:ascii="Times New Roman" w:hAnsi="Times New Roman" w:cs="Times New Roman"/>
          <w:lang w:eastAsia="ja-JP"/>
        </w:rPr>
        <w:t xml:space="preserve">Long-Term Residents who are </w:t>
      </w:r>
      <w:r w:rsidR="00903124" w:rsidRPr="007D129C">
        <w:rPr>
          <w:rFonts w:ascii="Times New Roman" w:hAnsi="Times New Roman" w:cs="Times New Roman"/>
          <w:lang w:eastAsia="ja-JP"/>
        </w:rPr>
        <w:t>deemed</w:t>
      </w:r>
      <w:r w:rsidRPr="007D129C">
        <w:rPr>
          <w:rFonts w:ascii="Times New Roman" w:hAnsi="Times New Roman" w:cs="Times New Roman"/>
          <w:lang w:eastAsia="ja-JP"/>
        </w:rPr>
        <w:t xml:space="preserve"> to intend to reside permanently in Japan.</w:t>
      </w:r>
    </w:p>
    <w:p w14:paraId="76CE9FD4" w14:textId="61E31197" w:rsidR="00051D96" w:rsidRDefault="009F3358">
      <w:pPr>
        <w:spacing w:after="80"/>
        <w:ind w:leftChars="200" w:left="1440" w:hangingChars="600" w:hanging="1080"/>
        <w:rPr>
          <w:rFonts w:ascii="Times New Roman" w:hAnsi="Times New Roman" w:cs="Times New Roman"/>
          <w:lang w:eastAsia="ja-JP"/>
        </w:rPr>
      </w:pPr>
      <w:r>
        <w:rPr>
          <w:lang w:eastAsia="ja-JP"/>
        </w:rPr>
        <w:t>⑤-2</w:t>
      </w:r>
      <w:r w:rsidR="00CC018D">
        <w:rPr>
          <w:rFonts w:hint="eastAsia"/>
          <w:lang w:eastAsia="ja-JP"/>
        </w:rPr>
        <w:t>、</w:t>
      </w:r>
      <w:r w:rsidR="00CC018D" w:rsidRPr="007D129C">
        <w:rPr>
          <w:lang w:eastAsia="ja-JP"/>
        </w:rPr>
        <w:t>⑤-3</w:t>
      </w:r>
      <w:r w:rsidR="00B2202F">
        <w:rPr>
          <w:rFonts w:hint="eastAsia"/>
          <w:lang w:eastAsia="ja-JP"/>
        </w:rPr>
        <w:t>：</w:t>
      </w:r>
      <w:r>
        <w:rPr>
          <w:lang w:eastAsia="ja-JP"/>
        </w:rPr>
        <w:t>「家族滞在」のうち、所定の就学歴等の要件を満たす者</w:t>
      </w:r>
      <w:r w:rsidR="00C64DCA">
        <w:rPr>
          <w:rFonts w:hint="eastAsia"/>
          <w:lang w:eastAsia="ja-JP"/>
        </w:rPr>
        <w:t>、またはそれに準ずると認められる者</w:t>
      </w:r>
    </w:p>
    <w:p w14:paraId="3A761F42" w14:textId="311217D2" w:rsidR="00850679" w:rsidRDefault="00903124" w:rsidP="007D129C">
      <w:pPr>
        <w:spacing w:after="80"/>
        <w:ind w:leftChars="500" w:left="1440" w:hangingChars="300" w:hanging="540"/>
      </w:pPr>
      <w:r w:rsidRPr="007D129C">
        <w:rPr>
          <w:rFonts w:ascii="Times New Roman" w:hAnsi="Times New Roman" w:cs="Times New Roman"/>
        </w:rPr>
        <w:t>Among those with “Dependent” status, individuals who meet the specified educational background and other requirements, or</w:t>
      </w:r>
      <w:r w:rsidR="00051D96">
        <w:rPr>
          <w:rFonts w:ascii="Times New Roman" w:hAnsi="Times New Roman" w:cs="Times New Roman" w:hint="eastAsia"/>
          <w:lang w:eastAsia="ja-JP"/>
        </w:rPr>
        <w:t xml:space="preserve"> </w:t>
      </w:r>
      <w:r w:rsidRPr="007D129C">
        <w:rPr>
          <w:rFonts w:ascii="Times New Roman" w:hAnsi="Times New Roman" w:cs="Times New Roman"/>
        </w:rPr>
        <w:t>who are deemed to meet equivalent requirements.</w:t>
      </w:r>
    </w:p>
    <w:tbl>
      <w:tblPr>
        <w:tblStyle w:val="afe"/>
        <w:tblW w:w="0" w:type="auto"/>
        <w:jc w:val="center"/>
        <w:tblLook w:val="04A0" w:firstRow="1" w:lastRow="0" w:firstColumn="1" w:lastColumn="0" w:noHBand="0" w:noVBand="1"/>
      </w:tblPr>
      <w:tblGrid>
        <w:gridCol w:w="2574"/>
        <w:gridCol w:w="7728"/>
      </w:tblGrid>
      <w:tr w:rsidR="00B76647" w14:paraId="14757A83" w14:textId="77777777" w:rsidTr="00B76647">
        <w:trPr>
          <w:jc w:val="center"/>
        </w:trPr>
        <w:tc>
          <w:tcPr>
            <w:tcW w:w="2578" w:type="dxa"/>
            <w:shd w:val="clear" w:color="auto" w:fill="EAEAEA"/>
            <w:vAlign w:val="center"/>
          </w:tcPr>
          <w:p w14:paraId="609A0B01" w14:textId="77777777" w:rsidR="00B76647" w:rsidRDefault="00B76647">
            <w:r>
              <w:rPr>
                <w:b/>
                <w:sz w:val="15"/>
              </w:rPr>
              <w:t>氏名 /</w:t>
            </w:r>
            <w:r w:rsidRPr="007D129C">
              <w:rPr>
                <w:rFonts w:ascii="Times New Roman" w:hAnsi="Times New Roman" w:cs="Times New Roman"/>
                <w:b/>
                <w:sz w:val="15"/>
              </w:rPr>
              <w:t xml:space="preserve"> Name</w:t>
            </w:r>
          </w:p>
        </w:tc>
        <w:tc>
          <w:tcPr>
            <w:tcW w:w="7744" w:type="dxa"/>
            <w:vAlign w:val="center"/>
          </w:tcPr>
          <w:p w14:paraId="10A51203" w14:textId="465AB48A" w:rsidR="00B76647" w:rsidRDefault="00B76647">
            <w:pPr>
              <w:rPr>
                <w:lang w:eastAsia="ja-JP"/>
              </w:rPr>
            </w:pPr>
            <w:r>
              <w:rPr>
                <w:sz w:val="15"/>
              </w:rPr>
              <w:t xml:space="preserve">　　　　　　　　　　　　　　</w:t>
            </w:r>
          </w:p>
        </w:tc>
      </w:tr>
      <w:tr w:rsidR="00B76647" w14:paraId="7392DD45" w14:textId="77777777" w:rsidTr="00B76647">
        <w:trPr>
          <w:jc w:val="center"/>
        </w:trPr>
        <w:tc>
          <w:tcPr>
            <w:tcW w:w="2578" w:type="dxa"/>
            <w:shd w:val="clear" w:color="auto" w:fill="EAEAEA"/>
            <w:vAlign w:val="center"/>
          </w:tcPr>
          <w:p w14:paraId="79E9BDC4" w14:textId="6208A215" w:rsidR="00B76647" w:rsidRDefault="00261339">
            <w:pPr>
              <w:rPr>
                <w:lang w:eastAsia="ja-JP"/>
              </w:rPr>
            </w:pPr>
            <w:r>
              <w:rPr>
                <w:rFonts w:hint="eastAsia"/>
                <w:b/>
                <w:sz w:val="15"/>
                <w:lang w:eastAsia="ja-JP"/>
              </w:rPr>
              <w:t>進学予定の</w:t>
            </w:r>
            <w:r w:rsidR="00B76647">
              <w:rPr>
                <w:b/>
                <w:sz w:val="15"/>
              </w:rPr>
              <w:t xml:space="preserve">研究科・専攻 / </w:t>
            </w:r>
            <w:r w:rsidR="00B76647" w:rsidRPr="007D129C">
              <w:rPr>
                <w:rFonts w:ascii="Times New Roman" w:hAnsi="Times New Roman" w:cs="Times New Roman"/>
                <w:b/>
                <w:sz w:val="15"/>
              </w:rPr>
              <w:t>Graduate School</w:t>
            </w:r>
            <w:r w:rsidR="00B2737B" w:rsidRPr="007D129C">
              <w:rPr>
                <w:rFonts w:ascii="Times New Roman" w:hAnsi="Times New Roman" w:cs="Times New Roman"/>
                <w:b/>
                <w:sz w:val="15"/>
                <w:lang w:eastAsia="ja-JP"/>
              </w:rPr>
              <w:t xml:space="preserve"> (</w:t>
            </w:r>
            <w:r w:rsidR="00CF2FF6" w:rsidRPr="007D129C">
              <w:rPr>
                <w:rFonts w:ascii="Times New Roman" w:hAnsi="Times New Roman" w:cs="Times New Roman"/>
                <w:b/>
                <w:sz w:val="15"/>
                <w:lang w:eastAsia="ja-JP"/>
              </w:rPr>
              <w:t>as of April 1, 2027</w:t>
            </w:r>
            <w:r w:rsidR="00B2737B" w:rsidRPr="007D129C">
              <w:rPr>
                <w:rFonts w:ascii="Times New Roman" w:hAnsi="Times New Roman" w:cs="Times New Roman"/>
                <w:b/>
                <w:sz w:val="15"/>
                <w:lang w:eastAsia="ja-JP"/>
              </w:rPr>
              <w:t>)</w:t>
            </w:r>
          </w:p>
        </w:tc>
        <w:tc>
          <w:tcPr>
            <w:tcW w:w="7744" w:type="dxa"/>
            <w:vAlign w:val="center"/>
          </w:tcPr>
          <w:p w14:paraId="172201AA" w14:textId="77777777" w:rsidR="00B76647" w:rsidRDefault="00B76647">
            <w:r>
              <w:rPr>
                <w:sz w:val="15"/>
              </w:rPr>
              <w:t xml:space="preserve">　　　　　　　　　　　　　　</w:t>
            </w:r>
          </w:p>
        </w:tc>
      </w:tr>
      <w:tr w:rsidR="00B76647" w14:paraId="76B71118" w14:textId="77777777" w:rsidTr="00B76647">
        <w:trPr>
          <w:jc w:val="center"/>
        </w:trPr>
        <w:tc>
          <w:tcPr>
            <w:tcW w:w="2578" w:type="dxa"/>
            <w:shd w:val="clear" w:color="auto" w:fill="EAEAEA"/>
            <w:vAlign w:val="center"/>
          </w:tcPr>
          <w:p w14:paraId="643F9C98" w14:textId="77777777" w:rsidR="00B76647" w:rsidRDefault="00B76647">
            <w:r>
              <w:rPr>
                <w:b/>
                <w:sz w:val="15"/>
              </w:rPr>
              <w:t xml:space="preserve">在留資格 / </w:t>
            </w:r>
            <w:r w:rsidRPr="007D129C">
              <w:rPr>
                <w:rFonts w:ascii="Times New Roman" w:hAnsi="Times New Roman" w:cs="Times New Roman"/>
                <w:b/>
                <w:sz w:val="15"/>
              </w:rPr>
              <w:t>Status of Residence</w:t>
            </w:r>
          </w:p>
        </w:tc>
        <w:tc>
          <w:tcPr>
            <w:tcW w:w="7744" w:type="dxa"/>
            <w:vAlign w:val="center"/>
          </w:tcPr>
          <w:p w14:paraId="77676F39" w14:textId="77777777" w:rsidR="00B76647" w:rsidRDefault="00B76647">
            <w:r>
              <w:rPr>
                <w:sz w:val="15"/>
              </w:rPr>
              <w:t xml:space="preserve">　　　　　　　　　　　　　　</w:t>
            </w:r>
          </w:p>
        </w:tc>
      </w:tr>
      <w:tr w:rsidR="00B76647" w14:paraId="55627D3F" w14:textId="77777777" w:rsidTr="00B76647">
        <w:trPr>
          <w:jc w:val="center"/>
        </w:trPr>
        <w:tc>
          <w:tcPr>
            <w:tcW w:w="2578" w:type="dxa"/>
            <w:shd w:val="clear" w:color="auto" w:fill="EAEAEA"/>
            <w:vAlign w:val="center"/>
          </w:tcPr>
          <w:p w14:paraId="6A40E70D" w14:textId="1B9A604B" w:rsidR="00B76647" w:rsidRDefault="00B76647">
            <w:pPr>
              <w:rPr>
                <w:b/>
                <w:sz w:val="15"/>
              </w:rPr>
            </w:pPr>
            <w:r>
              <w:rPr>
                <w:b/>
                <w:sz w:val="15"/>
              </w:rPr>
              <w:t>在留期限 /</w:t>
            </w:r>
            <w:r w:rsidRPr="007D129C">
              <w:rPr>
                <w:rFonts w:ascii="Times New Roman" w:hAnsi="Times New Roman" w:cs="Times New Roman"/>
                <w:b/>
                <w:sz w:val="15"/>
              </w:rPr>
              <w:t xml:space="preserve"> Period of Stay</w:t>
            </w:r>
          </w:p>
        </w:tc>
        <w:tc>
          <w:tcPr>
            <w:tcW w:w="7744" w:type="dxa"/>
            <w:vAlign w:val="center"/>
          </w:tcPr>
          <w:p w14:paraId="56ECD395" w14:textId="3972C901" w:rsidR="00B76647" w:rsidRDefault="00B76647">
            <w:pPr>
              <w:rPr>
                <w:sz w:val="15"/>
              </w:rPr>
            </w:pPr>
            <w:r>
              <w:rPr>
                <w:rFonts w:hint="eastAsia"/>
                <w:sz w:val="15"/>
                <w:lang w:eastAsia="ja-JP"/>
              </w:rPr>
              <w:t xml:space="preserve">　</w:t>
            </w:r>
            <w:r>
              <w:rPr>
                <w:sz w:val="15"/>
              </w:rPr>
              <w:t xml:space="preserve">　　　　　　　　　　　　　</w:t>
            </w:r>
          </w:p>
        </w:tc>
      </w:tr>
    </w:tbl>
    <w:p w14:paraId="6817B4FC" w14:textId="77777777" w:rsidR="00850679" w:rsidRDefault="00850679">
      <w:pPr>
        <w:spacing w:after="0"/>
      </w:pPr>
    </w:p>
    <w:p w14:paraId="38753E5E" w14:textId="08057F00" w:rsidR="00C71C42" w:rsidRDefault="009F3358">
      <w:pPr>
        <w:spacing w:after="80"/>
      </w:pPr>
      <w:r>
        <w:rPr>
          <w:lang w:eastAsia="ja-JP"/>
        </w:rPr>
        <w:t>私は、「多元的イノベーションを先導する次世代研究者育成プロジェクト」における研究奨励費（生活費相当額）の支給対象要件の確認にあたり、以下のとおり申告します。</w:t>
      </w:r>
      <w:r>
        <w:rPr>
          <w:lang w:eastAsia="ja-JP"/>
        </w:rPr>
        <w:br/>
      </w:r>
      <w:r w:rsidR="00903124" w:rsidRPr="007D129C">
        <w:rPr>
          <w:rFonts w:ascii="Times New Roman" w:hAnsi="Times New Roman" w:cs="Times New Roman"/>
          <w:szCs w:val="18"/>
        </w:rPr>
        <w:t xml:space="preserve">I hereby declare the following in connection with the verification of my eligibility for the Research Allowance (equivalent to living expenses) </w:t>
      </w:r>
      <w:r w:rsidR="00775297" w:rsidRPr="007D129C">
        <w:rPr>
          <w:rFonts w:ascii="Times New Roman" w:hAnsi="Times New Roman" w:cs="Times New Roman"/>
          <w:szCs w:val="18"/>
        </w:rPr>
        <w:t>under “</w:t>
      </w:r>
      <w:r w:rsidR="00B2737B" w:rsidRPr="007D129C">
        <w:rPr>
          <w:rFonts w:ascii="Times New Roman" w:hAnsi="Times New Roman" w:cs="Times New Roman"/>
          <w:szCs w:val="18"/>
          <w:lang w:eastAsia="ja-JP"/>
        </w:rPr>
        <w:t>Next-Generation Researcher Development Project for Leading Multidimensional Innovations</w:t>
      </w:r>
      <w:r w:rsidR="00903124" w:rsidRPr="007D129C">
        <w:rPr>
          <w:rFonts w:ascii="Times New Roman" w:hAnsi="Times New Roman" w:cs="Times New Roman"/>
          <w:szCs w:val="18"/>
        </w:rPr>
        <w:t>.”</w:t>
      </w:r>
      <w:r w:rsidR="00B2202F" w:rsidRPr="007D129C" w:rsidDel="00B2202F">
        <w:rPr>
          <w:rFonts w:ascii="Times New Roman" w:hAnsi="Times New Roman" w:cs="Times New Roman"/>
          <w:sz w:val="16"/>
        </w:rPr>
        <w:t xml:space="preserve"> </w:t>
      </w:r>
    </w:p>
    <w:p w14:paraId="7FEFAA34" w14:textId="77777777" w:rsidR="00051D96" w:rsidRDefault="00051D96" w:rsidP="0000572E">
      <w:pPr>
        <w:spacing w:after="80"/>
        <w:rPr>
          <w:rFonts w:ascii="UD デジタル 教科書体 NK-R" w:eastAsia="UD デジタル 教科書体 NK-R"/>
          <w:b/>
          <w:bCs/>
          <w:sz w:val="21"/>
          <w:szCs w:val="21"/>
          <w:lang w:eastAsia="ja-JP"/>
        </w:rPr>
      </w:pPr>
    </w:p>
    <w:p w14:paraId="2C72D574" w14:textId="1A5B14EF" w:rsidR="0000572E" w:rsidRPr="0000572E" w:rsidRDefault="00705787" w:rsidP="0000572E">
      <w:pPr>
        <w:spacing w:after="80"/>
        <w:rPr>
          <w:b/>
          <w:bCs/>
          <w:sz w:val="21"/>
          <w:szCs w:val="21"/>
          <w:lang w:eastAsia="ja-JP"/>
        </w:rPr>
      </w:pPr>
      <w:sdt>
        <w:sdtPr>
          <w:rPr>
            <w:rFonts w:ascii="UD デジタル 教科書体 NK-R" w:eastAsia="UD デジタル 教科書体 NK-R" w:hint="eastAsia"/>
            <w:b/>
            <w:bCs/>
            <w:sz w:val="21"/>
            <w:szCs w:val="21"/>
            <w:lang w:eastAsia="ja-JP"/>
          </w:rPr>
          <w:id w:val="-1212719321"/>
          <w14:checkbox>
            <w14:checked w14:val="0"/>
            <w14:checkedState w14:val="2612" w14:font="ＭＳ ゴシック"/>
            <w14:uncheckedState w14:val="2610" w14:font="ＭＳ ゴシック"/>
          </w14:checkbox>
        </w:sdtPr>
        <w:sdtEndPr/>
        <w:sdtContent>
          <w:r w:rsidR="00051D96">
            <w:rPr>
              <w:rFonts w:ascii="ＭＳ ゴシック" w:eastAsia="ＭＳ ゴシック" w:hAnsi="ＭＳ ゴシック" w:hint="eastAsia"/>
              <w:b/>
              <w:bCs/>
              <w:sz w:val="21"/>
              <w:szCs w:val="21"/>
              <w:lang w:eastAsia="ja-JP"/>
            </w:rPr>
            <w:t>☐</w:t>
          </w:r>
        </w:sdtContent>
      </w:sdt>
      <w:r w:rsidR="007503E3" w:rsidRPr="007503E3">
        <w:rPr>
          <w:b/>
          <w:bCs/>
          <w:sz w:val="21"/>
          <w:szCs w:val="21"/>
          <w:lang w:eastAsia="ja-JP"/>
        </w:rPr>
        <w:t>大学等の卒業・修了後も、日本での就労等を通じて、日本に永住または</w:t>
      </w:r>
      <w:r w:rsidR="00BB3460">
        <w:rPr>
          <w:rFonts w:hint="eastAsia"/>
          <w:b/>
          <w:bCs/>
          <w:sz w:val="21"/>
          <w:szCs w:val="21"/>
          <w:lang w:eastAsia="ja-JP"/>
        </w:rPr>
        <w:t>就労して</w:t>
      </w:r>
      <w:r w:rsidR="007503E3" w:rsidRPr="007503E3">
        <w:rPr>
          <w:b/>
          <w:bCs/>
          <w:sz w:val="21"/>
          <w:szCs w:val="21"/>
          <w:lang w:eastAsia="ja-JP"/>
        </w:rPr>
        <w:t>定着する意思があります。</w:t>
      </w:r>
      <w:r w:rsidR="009F3358" w:rsidRPr="007503E3">
        <w:rPr>
          <w:b/>
          <w:bCs/>
          <w:sz w:val="21"/>
          <w:szCs w:val="21"/>
          <w:lang w:eastAsia="ja-JP"/>
        </w:rPr>
        <w:br/>
      </w:r>
      <w:sdt>
        <w:sdtPr>
          <w:rPr>
            <w:rFonts w:ascii="UD デジタル 教科書体 NK-R" w:eastAsia="UD デジタル 教科書体 NK-R" w:hint="eastAsia"/>
            <w:b/>
            <w:bCs/>
            <w:sz w:val="21"/>
            <w:szCs w:val="21"/>
            <w:lang w:eastAsia="ja-JP"/>
          </w:rPr>
          <w:id w:val="-956167219"/>
          <w14:checkbox>
            <w14:checked w14:val="0"/>
            <w14:checkedState w14:val="2612" w14:font="ＭＳ ゴシック"/>
            <w14:uncheckedState w14:val="2610" w14:font="ＭＳ ゴシック"/>
          </w14:checkbox>
        </w:sdtPr>
        <w:sdtEndPr/>
        <w:sdtContent>
          <w:r w:rsidR="00051D96">
            <w:rPr>
              <w:rFonts w:ascii="ＭＳ ゴシック" w:eastAsia="ＭＳ ゴシック" w:hAnsi="ＭＳ ゴシック" w:hint="eastAsia"/>
              <w:b/>
              <w:bCs/>
              <w:sz w:val="21"/>
              <w:szCs w:val="21"/>
              <w:lang w:eastAsia="ja-JP"/>
            </w:rPr>
            <w:t>☐</w:t>
          </w:r>
        </w:sdtContent>
      </w:sdt>
      <w:r w:rsidR="00051D96" w:rsidRPr="00051D96">
        <w:rPr>
          <w:rFonts w:ascii="Times New Roman" w:eastAsia="UD デジタル 教科書体 NK-R" w:hAnsi="Times New Roman" w:cs="Times New Roman"/>
          <w:b/>
          <w:bCs/>
          <w:sz w:val="21"/>
          <w:szCs w:val="21"/>
          <w:lang w:eastAsia="ja-JP"/>
        </w:rPr>
        <w:t xml:space="preserve"> </w:t>
      </w:r>
      <w:r w:rsidR="00B2202F" w:rsidRPr="007D129C">
        <w:rPr>
          <w:rFonts w:ascii="Times New Roman" w:hAnsi="Times New Roman" w:cs="Times New Roman"/>
          <w:b/>
          <w:bCs/>
          <w:sz w:val="21"/>
          <w:szCs w:val="21"/>
        </w:rPr>
        <w:t xml:space="preserve">I intend to reside permanently in Japan or establish myself in Japan through employment or other means after graduating from or completing </w:t>
      </w:r>
      <w:r w:rsidR="0000572E" w:rsidRPr="007D129C">
        <w:rPr>
          <w:rFonts w:ascii="Times New Roman" w:hAnsi="Times New Roman" w:cs="Times New Roman"/>
          <w:b/>
          <w:bCs/>
          <w:sz w:val="21"/>
          <w:szCs w:val="21"/>
          <w:lang w:eastAsia="ja-JP"/>
        </w:rPr>
        <w:t>a program</w:t>
      </w:r>
      <w:r w:rsidR="00B2202F" w:rsidRPr="007D129C">
        <w:rPr>
          <w:rFonts w:ascii="Times New Roman" w:hAnsi="Times New Roman" w:cs="Times New Roman"/>
          <w:b/>
          <w:bCs/>
          <w:sz w:val="21"/>
          <w:szCs w:val="21"/>
        </w:rPr>
        <w:t xml:space="preserve"> at a university or </w:t>
      </w:r>
      <w:r w:rsidR="0000572E" w:rsidRPr="007D129C">
        <w:rPr>
          <w:rFonts w:ascii="Times New Roman" w:hAnsi="Times New Roman" w:cs="Times New Roman"/>
          <w:b/>
          <w:bCs/>
          <w:sz w:val="21"/>
          <w:szCs w:val="21"/>
        </w:rPr>
        <w:t>other educational institution</w:t>
      </w:r>
      <w:r w:rsidR="0000572E" w:rsidRPr="007D129C">
        <w:rPr>
          <w:rFonts w:ascii="Times New Roman" w:hAnsi="Times New Roman" w:cs="Times New Roman"/>
          <w:b/>
          <w:bCs/>
          <w:sz w:val="21"/>
          <w:szCs w:val="21"/>
          <w:lang w:eastAsia="ja-JP"/>
        </w:rPr>
        <w:t>.</w:t>
      </w:r>
    </w:p>
    <w:p w14:paraId="6BBBC62F" w14:textId="6727FE10" w:rsidR="00C71C42" w:rsidRPr="007D129C" w:rsidRDefault="00C71C42">
      <w:pPr>
        <w:spacing w:after="80"/>
        <w:rPr>
          <w:b/>
          <w:bCs/>
          <w:szCs w:val="18"/>
          <w:lang w:eastAsia="ja-JP"/>
        </w:rPr>
      </w:pPr>
      <w:r>
        <w:rPr>
          <w:rFonts w:hint="eastAsia"/>
          <w:b/>
          <w:bCs/>
          <w:szCs w:val="18"/>
          <w:lang w:eastAsia="ja-JP"/>
        </w:rPr>
        <w:t>※</w:t>
      </w:r>
      <w:r w:rsidRPr="007D129C">
        <w:rPr>
          <w:b/>
          <w:bCs/>
          <w:szCs w:val="18"/>
          <w:lang w:eastAsia="ja-JP"/>
        </w:rPr>
        <w:t>□にチェックしてください。</w:t>
      </w:r>
      <w:r w:rsidRPr="007D129C">
        <w:rPr>
          <w:rFonts w:ascii="Times New Roman" w:hAnsi="Times New Roman" w:cs="Times New Roman"/>
          <w:b/>
          <w:bCs/>
          <w:szCs w:val="18"/>
          <w:lang w:eastAsia="ja-JP"/>
        </w:rPr>
        <w:t>Please check the box.</w:t>
      </w:r>
    </w:p>
    <w:p w14:paraId="3A32A348" w14:textId="77777777" w:rsidR="00C71C42" w:rsidRDefault="00C71C42">
      <w:pPr>
        <w:spacing w:after="20"/>
        <w:rPr>
          <w:lang w:eastAsia="ja-JP"/>
        </w:rPr>
      </w:pPr>
    </w:p>
    <w:p w14:paraId="38AC0611" w14:textId="48E5EC05" w:rsidR="00BB3460" w:rsidRDefault="00BB3460">
      <w:pPr>
        <w:spacing w:after="20"/>
        <w:rPr>
          <w:lang w:eastAsia="ja-JP"/>
        </w:rPr>
      </w:pPr>
      <w:r>
        <w:rPr>
          <w:rFonts w:hint="eastAsia"/>
          <w:lang w:eastAsia="ja-JP"/>
        </w:rPr>
        <w:t>別表の</w:t>
      </w:r>
      <w:r w:rsidRPr="00BB3460">
        <w:rPr>
          <w:lang w:eastAsia="ja-JP"/>
        </w:rPr>
        <w:t>④-2、⑤-2、⑤-3</w:t>
      </w:r>
      <w:r>
        <w:rPr>
          <w:rFonts w:hint="eastAsia"/>
          <w:lang w:eastAsia="ja-JP"/>
        </w:rPr>
        <w:t>において、研究奨励</w:t>
      </w:r>
      <w:r w:rsidR="0000572E">
        <w:rPr>
          <w:rFonts w:hint="eastAsia"/>
          <w:lang w:eastAsia="ja-JP"/>
        </w:rPr>
        <w:t>費</w:t>
      </w:r>
      <w:r>
        <w:rPr>
          <w:rFonts w:hint="eastAsia"/>
          <w:lang w:eastAsia="ja-JP"/>
        </w:rPr>
        <w:t>の受給対象となると判断できる説明を記載してください。</w:t>
      </w:r>
    </w:p>
    <w:p w14:paraId="10B4E275" w14:textId="1AFD7DA7" w:rsidR="00061477" w:rsidRPr="007D129C" w:rsidRDefault="0075173E" w:rsidP="00061477">
      <w:pPr>
        <w:spacing w:after="20"/>
        <w:rPr>
          <w:rFonts w:ascii="Times New Roman" w:hAnsi="Times New Roman" w:cs="Times New Roman"/>
          <w:lang w:eastAsia="ja-JP"/>
        </w:rPr>
      </w:pPr>
      <w:r w:rsidRPr="007D129C">
        <w:rPr>
          <w:rFonts w:ascii="Times New Roman" w:hAnsi="Times New Roman" w:cs="Times New Roman"/>
          <w:lang w:eastAsia="ja-JP"/>
        </w:rPr>
        <w:t xml:space="preserve">For </w:t>
      </w:r>
      <w:r w:rsidR="00051D96" w:rsidRPr="00BB3460">
        <w:rPr>
          <w:lang w:eastAsia="ja-JP"/>
        </w:rPr>
        <w:t>④-2</w:t>
      </w:r>
      <w:r w:rsidRPr="007D129C">
        <w:rPr>
          <w:rFonts w:ascii="Times New Roman" w:hAnsi="Times New Roman" w:cs="Times New Roman"/>
          <w:lang w:eastAsia="ja-JP"/>
        </w:rPr>
        <w:t xml:space="preserve">, </w:t>
      </w:r>
      <w:r w:rsidR="00051D96" w:rsidRPr="00BB3460">
        <w:rPr>
          <w:lang w:eastAsia="ja-JP"/>
        </w:rPr>
        <w:t>⑤-2</w:t>
      </w:r>
      <w:r w:rsidRPr="007D129C">
        <w:rPr>
          <w:rFonts w:ascii="Times New Roman" w:hAnsi="Times New Roman" w:cs="Times New Roman"/>
          <w:lang w:eastAsia="ja-JP"/>
        </w:rPr>
        <w:t xml:space="preserve">, and </w:t>
      </w:r>
      <w:r w:rsidR="00051D96" w:rsidRPr="00BB3460">
        <w:rPr>
          <w:lang w:eastAsia="ja-JP"/>
        </w:rPr>
        <w:t>⑤-3</w:t>
      </w:r>
      <w:r w:rsidRPr="007D129C">
        <w:rPr>
          <w:rFonts w:ascii="Times New Roman" w:hAnsi="Times New Roman" w:cs="Times New Roman"/>
          <w:lang w:eastAsia="ja-JP"/>
        </w:rPr>
        <w:t xml:space="preserve"> of the Appendix, please provide an explanation demonstrating that the applicant is eligible to receive the Research Allowance</w:t>
      </w:r>
      <w:r w:rsidR="00051D96">
        <w:rPr>
          <w:rFonts w:ascii="Times New Roman" w:hAnsi="Times New Roman" w:cs="Times New Roman" w:hint="eastAsia"/>
          <w:lang w:eastAsia="ja-JP"/>
        </w:rPr>
        <w:t>.</w:t>
      </w:r>
    </w:p>
    <w:p w14:paraId="57223FEC" w14:textId="09CA368E" w:rsidR="00B2202F" w:rsidRDefault="00B2202F">
      <w:pPr>
        <w:spacing w:after="20"/>
        <w:rPr>
          <w:lang w:eastAsia="ja-JP"/>
        </w:rPr>
      </w:pPr>
    </w:p>
    <w:p w14:paraId="39D9B41C" w14:textId="48839C04" w:rsidR="00BB3460" w:rsidRDefault="00BB3460">
      <w:pPr>
        <w:spacing w:after="20"/>
        <w:ind w:firstLineChars="100" w:firstLine="180"/>
        <w:rPr>
          <w:lang w:eastAsia="ja-JP"/>
        </w:rPr>
      </w:pPr>
      <w:r w:rsidRPr="00BB3460">
        <w:rPr>
          <w:lang w:eastAsia="ja-JP"/>
        </w:rPr>
        <w:t>④-2</w:t>
      </w:r>
      <w:r>
        <w:rPr>
          <w:rFonts w:hint="eastAsia"/>
          <w:lang w:eastAsia="ja-JP"/>
        </w:rPr>
        <w:t>：</w:t>
      </w:r>
      <w:r w:rsidRPr="00BB3460">
        <w:rPr>
          <w:lang w:eastAsia="ja-JP"/>
        </w:rPr>
        <w:t>「将来永住する意思がある」と判断できる説明</w:t>
      </w:r>
    </w:p>
    <w:p w14:paraId="0546D5F5" w14:textId="4454979B" w:rsidR="00B2202F" w:rsidRPr="007D129C" w:rsidRDefault="00B2202F" w:rsidP="007D129C">
      <w:pPr>
        <w:spacing w:after="20"/>
        <w:ind w:firstLineChars="100" w:firstLine="180"/>
        <w:rPr>
          <w:rFonts w:ascii="Times New Roman" w:hAnsi="Times New Roman" w:cs="Times New Roman"/>
          <w:lang w:eastAsia="ja-JP"/>
        </w:rPr>
      </w:pPr>
      <w:r>
        <w:rPr>
          <w:rFonts w:hint="eastAsia"/>
          <w:lang w:eastAsia="ja-JP"/>
        </w:rPr>
        <w:t xml:space="preserve">　　　</w:t>
      </w:r>
      <w:r w:rsidR="009E2297" w:rsidRPr="007D129C">
        <w:rPr>
          <w:rFonts w:ascii="Times New Roman" w:hAnsi="Times New Roman" w:cs="Times New Roman"/>
          <w:lang w:eastAsia="ja-JP"/>
        </w:rPr>
        <w:t>An explanation demonstrating that</w:t>
      </w:r>
      <w:r w:rsidR="00E56BDA" w:rsidRPr="007D129C">
        <w:rPr>
          <w:rFonts w:ascii="Times New Roman" w:hAnsi="Times New Roman" w:cs="Times New Roman"/>
          <w:lang w:eastAsia="ja-JP"/>
        </w:rPr>
        <w:t xml:space="preserve"> the applicant</w:t>
      </w:r>
      <w:r w:rsidR="009E2297" w:rsidRPr="007D129C">
        <w:rPr>
          <w:rFonts w:ascii="Times New Roman" w:hAnsi="Times New Roman" w:cs="Times New Roman"/>
          <w:lang w:eastAsia="ja-JP"/>
        </w:rPr>
        <w:t xml:space="preserve"> intend</w:t>
      </w:r>
      <w:r w:rsidR="00E56BDA" w:rsidRPr="007D129C">
        <w:rPr>
          <w:rFonts w:ascii="Times New Roman" w:hAnsi="Times New Roman" w:cs="Times New Roman"/>
          <w:lang w:eastAsia="ja-JP"/>
        </w:rPr>
        <w:t>s</w:t>
      </w:r>
      <w:r w:rsidR="009E2297" w:rsidRPr="007D129C">
        <w:rPr>
          <w:rFonts w:ascii="Times New Roman" w:hAnsi="Times New Roman" w:cs="Times New Roman"/>
          <w:lang w:eastAsia="ja-JP"/>
        </w:rPr>
        <w:t xml:space="preserve"> to reside permanently in Japan.</w:t>
      </w:r>
    </w:p>
    <w:p w14:paraId="7BF8B93C" w14:textId="59B290FC" w:rsidR="00BB3460" w:rsidRDefault="00BB3460">
      <w:pPr>
        <w:spacing w:after="20"/>
        <w:ind w:firstLineChars="100" w:firstLine="180"/>
        <w:rPr>
          <w:lang w:eastAsia="ja-JP"/>
        </w:rPr>
      </w:pPr>
      <w:r w:rsidRPr="00BB3460">
        <w:rPr>
          <w:lang w:eastAsia="ja-JP"/>
        </w:rPr>
        <w:t>⑤-2</w:t>
      </w:r>
      <w:r>
        <w:rPr>
          <w:rFonts w:hint="eastAsia"/>
          <w:lang w:eastAsia="ja-JP"/>
        </w:rPr>
        <w:t>：</w:t>
      </w:r>
      <w:r w:rsidRPr="00BB3460">
        <w:rPr>
          <w:lang w:eastAsia="ja-JP"/>
        </w:rPr>
        <w:t>「大学等の卒業・修了後も日本で就労して定着する意思がある」と判断できる説明</w:t>
      </w:r>
    </w:p>
    <w:p w14:paraId="53237FD3" w14:textId="77777777" w:rsidR="00E56BDA" w:rsidRPr="007D129C" w:rsidRDefault="00B2202F" w:rsidP="00E56BDA">
      <w:pPr>
        <w:spacing w:after="20"/>
        <w:ind w:firstLineChars="100" w:firstLine="180"/>
        <w:rPr>
          <w:rFonts w:ascii="Times New Roman" w:hAnsi="Times New Roman" w:cs="Times New Roman"/>
          <w:lang w:eastAsia="ja-JP"/>
        </w:rPr>
      </w:pPr>
      <w:r>
        <w:rPr>
          <w:rFonts w:hint="eastAsia"/>
          <w:lang w:eastAsia="ja-JP"/>
        </w:rPr>
        <w:t xml:space="preserve">　　　</w:t>
      </w:r>
      <w:r w:rsidR="00C65CAF" w:rsidRPr="007D129C">
        <w:rPr>
          <w:rFonts w:ascii="Times New Roman" w:hAnsi="Times New Roman" w:cs="Times New Roman"/>
          <w:lang w:eastAsia="ja-JP"/>
        </w:rPr>
        <w:t xml:space="preserve">An </w:t>
      </w:r>
      <w:r w:rsidR="00E56BDA" w:rsidRPr="007D129C">
        <w:rPr>
          <w:rFonts w:ascii="Times New Roman" w:hAnsi="Times New Roman" w:cs="Times New Roman"/>
          <w:lang w:eastAsia="ja-JP"/>
        </w:rPr>
        <w:t xml:space="preserve">explanation demonstrating that the applicant intends to work and settle in Japan after graduating from or </w:t>
      </w:r>
    </w:p>
    <w:p w14:paraId="08784BA6" w14:textId="5546414E" w:rsidR="00E56BDA" w:rsidRDefault="00E56BDA" w:rsidP="007D129C">
      <w:pPr>
        <w:spacing w:after="20"/>
        <w:ind w:firstLineChars="400" w:firstLine="720"/>
        <w:rPr>
          <w:lang w:eastAsia="ja-JP"/>
        </w:rPr>
      </w:pPr>
      <w:r w:rsidRPr="007D129C">
        <w:rPr>
          <w:rFonts w:ascii="Times New Roman" w:hAnsi="Times New Roman" w:cs="Times New Roman"/>
          <w:lang w:eastAsia="ja-JP"/>
        </w:rPr>
        <w:t>completing a program at a university or other institution.</w:t>
      </w:r>
    </w:p>
    <w:p w14:paraId="5ABC8DBE" w14:textId="77777777" w:rsidR="00B2202F" w:rsidRDefault="00BB3460" w:rsidP="00E56BDA">
      <w:pPr>
        <w:spacing w:after="20"/>
        <w:ind w:firstLineChars="100" w:firstLine="180"/>
        <w:rPr>
          <w:lang w:eastAsia="ja-JP"/>
        </w:rPr>
      </w:pPr>
      <w:r w:rsidRPr="00BB3460">
        <w:rPr>
          <w:lang w:eastAsia="ja-JP"/>
        </w:rPr>
        <w:t>⑤-3</w:t>
      </w:r>
      <w:r>
        <w:rPr>
          <w:rFonts w:hint="eastAsia"/>
          <w:lang w:eastAsia="ja-JP"/>
        </w:rPr>
        <w:t>：</w:t>
      </w:r>
      <w:r w:rsidRPr="00BB3460">
        <w:rPr>
          <w:lang w:eastAsia="ja-JP"/>
        </w:rPr>
        <w:t>「本邦における在留期間とその他の事情を総合的に勘案して</w:t>
      </w:r>
      <w:r w:rsidR="00FF7463">
        <w:rPr>
          <w:rFonts w:hint="eastAsia"/>
          <w:lang w:eastAsia="ja-JP"/>
        </w:rPr>
        <w:t>⑤-2</w:t>
      </w:r>
      <w:r w:rsidRPr="00BB3460">
        <w:rPr>
          <w:lang w:eastAsia="ja-JP"/>
        </w:rPr>
        <w:t>に掲げる者に準ずる」と判断できる説明</w:t>
      </w:r>
    </w:p>
    <w:p w14:paraId="27B01547" w14:textId="6F05851C" w:rsidR="00850679" w:rsidRPr="007D129C" w:rsidRDefault="00C65CAF" w:rsidP="007D129C">
      <w:pPr>
        <w:spacing w:after="20"/>
        <w:ind w:leftChars="400" w:left="720"/>
        <w:rPr>
          <w:sz w:val="16"/>
        </w:rPr>
      </w:pPr>
      <w:r w:rsidRPr="007D129C">
        <w:rPr>
          <w:rFonts w:ascii="Times New Roman" w:hAnsi="Times New Roman" w:cs="Times New Roman"/>
        </w:rPr>
        <w:t xml:space="preserve">An explanation demonstrating that </w:t>
      </w:r>
      <w:r w:rsidR="00E56BDA" w:rsidRPr="007D129C">
        <w:rPr>
          <w:rFonts w:ascii="Times New Roman" w:hAnsi="Times New Roman" w:cs="Times New Roman"/>
          <w:lang w:eastAsia="ja-JP"/>
        </w:rPr>
        <w:t>the applicant</w:t>
      </w:r>
      <w:r w:rsidRPr="007D129C">
        <w:rPr>
          <w:rFonts w:ascii="Times New Roman" w:hAnsi="Times New Roman" w:cs="Times New Roman"/>
        </w:rPr>
        <w:t xml:space="preserve"> may be considered equivalent to </w:t>
      </w:r>
      <w:r w:rsidR="00E56BDA" w:rsidRPr="007D129C">
        <w:rPr>
          <w:rFonts w:ascii="Times New Roman" w:hAnsi="Times New Roman" w:cs="Times New Roman"/>
          <w:lang w:eastAsia="ja-JP"/>
        </w:rPr>
        <w:t>a person</w:t>
      </w:r>
      <w:r w:rsidRPr="007D129C">
        <w:rPr>
          <w:rFonts w:ascii="Times New Roman" w:hAnsi="Times New Roman" w:cs="Times New Roman"/>
        </w:rPr>
        <w:t xml:space="preserve"> listed </w:t>
      </w:r>
      <w:r w:rsidR="00775297" w:rsidRPr="007D129C">
        <w:rPr>
          <w:rFonts w:ascii="Times New Roman" w:hAnsi="Times New Roman" w:cs="Times New Roman"/>
        </w:rPr>
        <w:t xml:space="preserve">under </w:t>
      </w:r>
      <w:r w:rsidR="00775297" w:rsidRPr="007D129C">
        <w:rPr>
          <w:rFonts w:ascii="Cambria Math" w:hAnsi="Cambria Math" w:cs="Cambria Math"/>
        </w:rPr>
        <w:t>⑤</w:t>
      </w:r>
      <w:r w:rsidR="00E56BDA" w:rsidRPr="007D129C">
        <w:rPr>
          <w:rFonts w:ascii="Times New Roman" w:hAnsi="Times New Roman" w:cs="Times New Roman"/>
          <w:lang w:eastAsia="ja-JP"/>
        </w:rPr>
        <w:t>-2</w:t>
      </w:r>
      <w:r w:rsidRPr="007D129C">
        <w:rPr>
          <w:rFonts w:ascii="Times New Roman" w:hAnsi="Times New Roman" w:cs="Times New Roman"/>
        </w:rPr>
        <w:t xml:space="preserve">, </w:t>
      </w:r>
      <w:r w:rsidR="00E56BDA" w:rsidRPr="007D129C">
        <w:rPr>
          <w:rFonts w:ascii="Times New Roman" w:hAnsi="Times New Roman" w:cs="Times New Roman"/>
        </w:rPr>
        <w:t>taking into</w:t>
      </w:r>
      <w:r w:rsidR="00051D96">
        <w:rPr>
          <w:rFonts w:ascii="Times New Roman" w:hAnsi="Times New Roman" w:cs="Times New Roman" w:hint="eastAsia"/>
          <w:lang w:eastAsia="ja-JP"/>
        </w:rPr>
        <w:t xml:space="preserve"> </w:t>
      </w:r>
      <w:r w:rsidR="00E56BDA" w:rsidRPr="007D129C">
        <w:rPr>
          <w:rFonts w:ascii="Times New Roman" w:hAnsi="Times New Roman" w:cs="Times New Roman"/>
        </w:rPr>
        <w:t>comprehensive consideration the period of residence in Japan and other relevant circumstances</w:t>
      </w:r>
      <w:r w:rsidR="00E56BDA" w:rsidRPr="007D129C">
        <w:rPr>
          <w:rFonts w:ascii="Times New Roman" w:hAnsi="Times New Roman" w:cs="Times New Roman"/>
          <w:lang w:eastAsia="ja-JP"/>
        </w:rPr>
        <w:t>.</w:t>
      </w:r>
    </w:p>
    <w:tbl>
      <w:tblPr>
        <w:tblStyle w:val="afe"/>
        <w:tblW w:w="0" w:type="auto"/>
        <w:tblLook w:val="04A0" w:firstRow="1" w:lastRow="0" w:firstColumn="1" w:lastColumn="0" w:noHBand="0" w:noVBand="1"/>
      </w:tblPr>
      <w:tblGrid>
        <w:gridCol w:w="10302"/>
      </w:tblGrid>
      <w:tr w:rsidR="00850679" w14:paraId="3F794701" w14:textId="77777777">
        <w:trPr>
          <w:trHeight w:val="964"/>
        </w:trPr>
        <w:tc>
          <w:tcPr>
            <w:tcW w:w="10312" w:type="dxa"/>
            <w:vAlign w:val="center"/>
          </w:tcPr>
          <w:p w14:paraId="292D072E" w14:textId="77777777" w:rsidR="00850679" w:rsidRDefault="009F3358">
            <w:r>
              <w:rPr>
                <w:sz w:val="16"/>
              </w:rPr>
              <w:lastRenderedPageBreak/>
              <w:br/>
            </w:r>
            <w:r>
              <w:rPr>
                <w:sz w:val="16"/>
              </w:rPr>
              <w:br/>
            </w:r>
          </w:p>
        </w:tc>
      </w:tr>
    </w:tbl>
    <w:p w14:paraId="4128F80A" w14:textId="77777777" w:rsidR="00C64DCA" w:rsidRDefault="00C64DCA">
      <w:pPr>
        <w:spacing w:after="80"/>
        <w:rPr>
          <w:lang w:eastAsia="ja-JP"/>
        </w:rPr>
      </w:pPr>
    </w:p>
    <w:p w14:paraId="74E8A419" w14:textId="506E31EB" w:rsidR="00061477" w:rsidRDefault="00061477">
      <w:pPr>
        <w:spacing w:after="80"/>
        <w:rPr>
          <w:lang w:eastAsia="ja-JP"/>
        </w:rPr>
      </w:pPr>
      <w:r>
        <w:rPr>
          <w:rFonts w:hint="eastAsia"/>
          <w:lang w:eastAsia="ja-JP"/>
        </w:rPr>
        <w:t>以下</w:t>
      </w:r>
      <w:r w:rsidR="002718D5">
        <w:rPr>
          <w:rFonts w:hint="eastAsia"/>
          <w:lang w:eastAsia="ja-JP"/>
        </w:rPr>
        <w:t>の内容を</w:t>
      </w:r>
      <w:r>
        <w:rPr>
          <w:rFonts w:hint="eastAsia"/>
          <w:lang w:eastAsia="ja-JP"/>
        </w:rPr>
        <w:t>確認</w:t>
      </w:r>
      <w:r w:rsidR="002718D5">
        <w:rPr>
          <w:rFonts w:hint="eastAsia"/>
          <w:lang w:eastAsia="ja-JP"/>
        </w:rPr>
        <w:t>し</w:t>
      </w:r>
      <w:r>
        <w:rPr>
          <w:rFonts w:hint="eastAsia"/>
          <w:lang w:eastAsia="ja-JP"/>
        </w:rPr>
        <w:t>、チェックをいれてください。</w:t>
      </w:r>
    </w:p>
    <w:p w14:paraId="65413097" w14:textId="096C978F" w:rsidR="00D54EE3" w:rsidRDefault="00D54EE3">
      <w:pPr>
        <w:spacing w:after="80"/>
        <w:rPr>
          <w:rFonts w:ascii="Times New Roman" w:hAnsi="Times New Roman" w:cs="Times New Roman"/>
          <w:lang w:eastAsia="ja-JP"/>
        </w:rPr>
      </w:pPr>
      <w:r w:rsidRPr="007D129C">
        <w:rPr>
          <w:rFonts w:ascii="Times New Roman" w:hAnsi="Times New Roman" w:cs="Times New Roman"/>
          <w:lang w:eastAsia="ja-JP"/>
        </w:rPr>
        <w:t>Please review the following statements and check the box</w:t>
      </w:r>
      <w:r w:rsidR="00E45112">
        <w:rPr>
          <w:rFonts w:ascii="Times New Roman" w:hAnsi="Times New Roman" w:cs="Times New Roman" w:hint="eastAsia"/>
          <w:lang w:eastAsia="ja-JP"/>
        </w:rPr>
        <w:t>es</w:t>
      </w:r>
      <w:r w:rsidRPr="007D129C">
        <w:rPr>
          <w:rFonts w:ascii="Times New Roman" w:hAnsi="Times New Roman" w:cs="Times New Roman"/>
          <w:lang w:eastAsia="ja-JP"/>
        </w:rPr>
        <w:t>.</w:t>
      </w:r>
    </w:p>
    <w:p w14:paraId="7FA7950D" w14:textId="77777777" w:rsidR="007C68C9" w:rsidRPr="007D129C" w:rsidRDefault="007C68C9">
      <w:pPr>
        <w:spacing w:after="80"/>
        <w:rPr>
          <w:rFonts w:ascii="Times New Roman" w:hAnsi="Times New Roman" w:cs="Times New Roman"/>
          <w:lang w:eastAsia="ja-JP"/>
        </w:rPr>
      </w:pPr>
    </w:p>
    <w:p w14:paraId="13DD0012" w14:textId="2811C0BB" w:rsidR="00D54EE3" w:rsidRDefault="00705787">
      <w:pPr>
        <w:spacing w:after="80"/>
      </w:pPr>
      <w:sdt>
        <w:sdtPr>
          <w:rPr>
            <w:lang w:eastAsia="ja-JP"/>
          </w:rPr>
          <w:id w:val="620040153"/>
          <w14:checkbox>
            <w14:checked w14:val="0"/>
            <w14:checkedState w14:val="2612" w14:font="ＭＳ ゴシック"/>
            <w14:uncheckedState w14:val="2610" w14:font="ＭＳ ゴシック"/>
          </w14:checkbox>
        </w:sdtPr>
        <w:sdtEndPr/>
        <w:sdtContent>
          <w:r w:rsidR="0031719E">
            <w:rPr>
              <w:rFonts w:ascii="ＭＳ ゴシック" w:eastAsia="ＭＳ ゴシック" w:hAnsi="ＭＳ ゴシック" w:hint="eastAsia"/>
              <w:lang w:eastAsia="ja-JP"/>
            </w:rPr>
            <w:t>☐</w:t>
          </w:r>
        </w:sdtContent>
      </w:sdt>
      <w:r w:rsidR="009F3358">
        <w:rPr>
          <w:lang w:eastAsia="ja-JP"/>
        </w:rPr>
        <w:t>上記内容に相違ありません。本書の提出によって支給対象となることが確約されるものではないことを理解しています。</w:t>
      </w:r>
      <w:r w:rsidR="009F3358">
        <w:rPr>
          <w:lang w:eastAsia="ja-JP"/>
        </w:rPr>
        <w:br/>
      </w:r>
      <w:sdt>
        <w:sdtPr>
          <w:rPr>
            <w:lang w:eastAsia="ja-JP"/>
          </w:rPr>
          <w:id w:val="-73123692"/>
          <w14:checkbox>
            <w14:checked w14:val="0"/>
            <w14:checkedState w14:val="2612" w14:font="ＭＳ ゴシック"/>
            <w14:uncheckedState w14:val="2610" w14:font="ＭＳ ゴシック"/>
          </w14:checkbox>
        </w:sdtPr>
        <w:sdtEndPr/>
        <w:sdtContent>
          <w:r w:rsidR="0031719E">
            <w:rPr>
              <w:rFonts w:ascii="ＭＳ ゴシック" w:eastAsia="ＭＳ ゴシック" w:hAnsi="ＭＳ ゴシック" w:hint="eastAsia"/>
              <w:lang w:eastAsia="ja-JP"/>
            </w:rPr>
            <w:t>☐</w:t>
          </w:r>
        </w:sdtContent>
      </w:sdt>
      <w:r w:rsidR="0031719E" w:rsidRPr="0031719E">
        <w:rPr>
          <w:rFonts w:ascii="Times New Roman" w:hAnsi="Times New Roman" w:cs="Times New Roman"/>
        </w:rPr>
        <w:t xml:space="preserve"> </w:t>
      </w:r>
      <w:r w:rsidR="005F2C18" w:rsidRPr="007D129C">
        <w:rPr>
          <w:rFonts w:ascii="Times New Roman" w:hAnsi="Times New Roman" w:cs="Times New Roman"/>
        </w:rPr>
        <w:t>I c</w:t>
      </w:r>
      <w:r w:rsidR="00D54EE3" w:rsidRPr="007D129C">
        <w:rPr>
          <w:rFonts w:ascii="Times New Roman" w:hAnsi="Times New Roman" w:cs="Times New Roman"/>
          <w:lang w:eastAsia="ja-JP"/>
        </w:rPr>
        <w:t>ertify</w:t>
      </w:r>
      <w:r w:rsidR="005F2C18" w:rsidRPr="007D129C">
        <w:rPr>
          <w:rFonts w:ascii="Times New Roman" w:hAnsi="Times New Roman" w:cs="Times New Roman"/>
        </w:rPr>
        <w:t xml:space="preserve"> that the above information is </w:t>
      </w:r>
      <w:r w:rsidR="00775297" w:rsidRPr="007D129C">
        <w:rPr>
          <w:rFonts w:ascii="Times New Roman" w:hAnsi="Times New Roman" w:cs="Times New Roman"/>
        </w:rPr>
        <w:t>accurate</w:t>
      </w:r>
      <w:r w:rsidR="00775297" w:rsidRPr="007D129C">
        <w:rPr>
          <w:rFonts w:ascii="Times New Roman" w:hAnsi="Times New Roman" w:cs="Times New Roman"/>
          <w:lang w:eastAsia="ja-JP"/>
        </w:rPr>
        <w:t xml:space="preserve"> </w:t>
      </w:r>
      <w:r w:rsidR="00775297" w:rsidRPr="007D129C">
        <w:rPr>
          <w:rFonts w:ascii="Times New Roman" w:hAnsi="Times New Roman" w:cs="Times New Roman"/>
        </w:rPr>
        <w:t>and</w:t>
      </w:r>
      <w:r w:rsidR="00D54EE3" w:rsidRPr="007D129C">
        <w:rPr>
          <w:rFonts w:ascii="Times New Roman" w:hAnsi="Times New Roman" w:cs="Times New Roman"/>
        </w:rPr>
        <w:t xml:space="preserve"> complete. I acknowledge and understand that submitting this document does not constitute a guarantee of receiving the </w:t>
      </w:r>
      <w:r w:rsidR="00D54EE3" w:rsidRPr="007D129C">
        <w:rPr>
          <w:rFonts w:ascii="Times New Roman" w:hAnsi="Times New Roman" w:cs="Times New Roman"/>
          <w:lang w:eastAsia="ja-JP"/>
        </w:rPr>
        <w:t>Research Allowance</w:t>
      </w:r>
      <w:r w:rsidR="00D54EE3" w:rsidRPr="007D129C">
        <w:rPr>
          <w:rFonts w:ascii="Times New Roman" w:hAnsi="Times New Roman" w:cs="Times New Roman"/>
        </w:rPr>
        <w:t>.</w:t>
      </w:r>
    </w:p>
    <w:p w14:paraId="32288135" w14:textId="01824DC0" w:rsidR="00BB3460" w:rsidRDefault="00705787">
      <w:pPr>
        <w:spacing w:after="80"/>
        <w:rPr>
          <w:lang w:eastAsia="ja-JP"/>
        </w:rPr>
      </w:pPr>
      <w:sdt>
        <w:sdtPr>
          <w:rPr>
            <w:lang w:eastAsia="ja-JP"/>
          </w:rPr>
          <w:id w:val="2002843878"/>
          <w14:checkbox>
            <w14:checked w14:val="0"/>
            <w14:checkedState w14:val="2612" w14:font="ＭＳ ゴシック"/>
            <w14:uncheckedState w14:val="2610" w14:font="ＭＳ ゴシック"/>
          </w14:checkbox>
        </w:sdtPr>
        <w:sdtEndPr/>
        <w:sdtContent>
          <w:r w:rsidR="007F0092">
            <w:rPr>
              <w:rFonts w:ascii="ＭＳ ゴシック" w:eastAsia="ＭＳ ゴシック" w:hAnsi="ＭＳ ゴシック" w:hint="eastAsia"/>
              <w:lang w:eastAsia="ja-JP"/>
            </w:rPr>
            <w:t>☐</w:t>
          </w:r>
        </w:sdtContent>
      </w:sdt>
      <w:r w:rsidR="00BB3460" w:rsidRPr="00BB3460">
        <w:rPr>
          <w:lang w:eastAsia="ja-JP"/>
        </w:rPr>
        <w:t>採用</w:t>
      </w:r>
      <w:r w:rsidR="00C71C42">
        <w:rPr>
          <w:rFonts w:hint="eastAsia"/>
          <w:lang w:eastAsia="ja-JP"/>
        </w:rPr>
        <w:t>時の</w:t>
      </w:r>
      <w:r w:rsidR="00BB3460" w:rsidRPr="00BB3460">
        <w:rPr>
          <w:lang w:eastAsia="ja-JP"/>
        </w:rPr>
        <w:t>手続きにおいて、SPRING運営事務局からの要請に基づき、各申請</w:t>
      </w:r>
      <w:r w:rsidR="006447C7">
        <w:rPr>
          <w:rFonts w:hint="eastAsia"/>
          <w:lang w:eastAsia="ja-JP"/>
        </w:rPr>
        <w:t>内容</w:t>
      </w:r>
      <w:r w:rsidR="00BB3460" w:rsidRPr="00BB3460">
        <w:rPr>
          <w:lang w:eastAsia="ja-JP"/>
        </w:rPr>
        <w:t>に応じた証明書等を提示します。</w:t>
      </w:r>
    </w:p>
    <w:p w14:paraId="3FB980AE" w14:textId="0D7EB29C" w:rsidR="00B2202F" w:rsidRPr="007D129C" w:rsidRDefault="00705787">
      <w:pPr>
        <w:spacing w:after="80"/>
        <w:rPr>
          <w:rFonts w:ascii="Times New Roman" w:hAnsi="Times New Roman" w:cs="Times New Roman"/>
          <w:lang w:eastAsia="ja-JP"/>
        </w:rPr>
      </w:pPr>
      <w:sdt>
        <w:sdtPr>
          <w:rPr>
            <w:lang w:eastAsia="ja-JP"/>
          </w:rPr>
          <w:id w:val="1343279425"/>
          <w14:checkbox>
            <w14:checked w14:val="0"/>
            <w14:checkedState w14:val="2612" w14:font="ＭＳ ゴシック"/>
            <w14:uncheckedState w14:val="2610" w14:font="ＭＳ ゴシック"/>
          </w14:checkbox>
        </w:sdtPr>
        <w:sdtEndPr/>
        <w:sdtContent>
          <w:r w:rsidR="0031719E">
            <w:rPr>
              <w:rFonts w:ascii="ＭＳ ゴシック" w:eastAsia="ＭＳ ゴシック" w:hAnsi="ＭＳ ゴシック" w:hint="eastAsia"/>
              <w:lang w:eastAsia="ja-JP"/>
            </w:rPr>
            <w:t>☐</w:t>
          </w:r>
        </w:sdtContent>
      </w:sdt>
      <w:r w:rsidR="0031719E" w:rsidRPr="0031719E">
        <w:rPr>
          <w:rFonts w:ascii="Times New Roman" w:hAnsi="Times New Roman" w:cs="Times New Roman"/>
          <w:lang w:eastAsia="ja-JP"/>
        </w:rPr>
        <w:t xml:space="preserve"> </w:t>
      </w:r>
      <w:r w:rsidR="00D54EE3" w:rsidRPr="007D129C">
        <w:rPr>
          <w:rFonts w:ascii="Times New Roman" w:hAnsi="Times New Roman" w:cs="Times New Roman"/>
          <w:lang w:eastAsia="ja-JP"/>
        </w:rPr>
        <w:t>I agree to present certificates and other supporting documents corresponding to the details of my application upon request from the SPRING Management Office during the enrollment process.</w:t>
      </w:r>
    </w:p>
    <w:p w14:paraId="13F3EDC0" w14:textId="2061B90E" w:rsidR="00BB3460" w:rsidRDefault="00705787">
      <w:pPr>
        <w:spacing w:after="80"/>
        <w:rPr>
          <w:lang w:eastAsia="ja-JP"/>
        </w:rPr>
      </w:pPr>
      <w:sdt>
        <w:sdtPr>
          <w:rPr>
            <w:rFonts w:hint="eastAsia"/>
            <w:lang w:eastAsia="ja-JP"/>
          </w:rPr>
          <w:id w:val="-1139027863"/>
          <w14:checkbox>
            <w14:checked w14:val="0"/>
            <w14:checkedState w14:val="2612" w14:font="ＭＳ ゴシック"/>
            <w14:uncheckedState w14:val="2610" w14:font="ＭＳ ゴシック"/>
          </w14:checkbox>
        </w:sdtPr>
        <w:sdtEndPr/>
        <w:sdtContent>
          <w:r w:rsidR="006C5098">
            <w:rPr>
              <w:rFonts w:ascii="ＭＳ ゴシック" w:eastAsia="ＭＳ ゴシック" w:hAnsi="ＭＳ ゴシック" w:hint="eastAsia"/>
              <w:lang w:eastAsia="ja-JP"/>
            </w:rPr>
            <w:t>☐</w:t>
          </w:r>
        </w:sdtContent>
      </w:sdt>
      <w:r w:rsidR="00BB3460">
        <w:rPr>
          <w:rFonts w:hint="eastAsia"/>
          <w:lang w:eastAsia="ja-JP"/>
        </w:rPr>
        <w:t>証明書等の内容と申請の内容に相違があった場合、採用</w:t>
      </w:r>
      <w:r w:rsidR="007F0092">
        <w:rPr>
          <w:rFonts w:hint="eastAsia"/>
          <w:lang w:eastAsia="ja-JP"/>
        </w:rPr>
        <w:t>が</w:t>
      </w:r>
      <w:r w:rsidR="00BB3460">
        <w:rPr>
          <w:rFonts w:hint="eastAsia"/>
          <w:lang w:eastAsia="ja-JP"/>
        </w:rPr>
        <w:t>取り消しにな</w:t>
      </w:r>
      <w:r w:rsidR="006447C7">
        <w:rPr>
          <w:rFonts w:hint="eastAsia"/>
          <w:lang w:eastAsia="ja-JP"/>
        </w:rPr>
        <w:t>る可能性が</w:t>
      </w:r>
      <w:r w:rsidR="007F0092">
        <w:rPr>
          <w:rFonts w:hint="eastAsia"/>
          <w:lang w:eastAsia="ja-JP"/>
        </w:rPr>
        <w:t>あること、承知しました</w:t>
      </w:r>
      <w:r w:rsidR="00BB3460">
        <w:rPr>
          <w:rFonts w:hint="eastAsia"/>
          <w:lang w:eastAsia="ja-JP"/>
        </w:rPr>
        <w:t>。</w:t>
      </w:r>
    </w:p>
    <w:p w14:paraId="59DD589C" w14:textId="6FDC8B41" w:rsidR="00B2202F" w:rsidRPr="007D129C" w:rsidRDefault="00705787">
      <w:pPr>
        <w:spacing w:after="80"/>
        <w:rPr>
          <w:rFonts w:ascii="Times New Roman" w:hAnsi="Times New Roman" w:cs="Times New Roman"/>
          <w:lang w:eastAsia="ja-JP"/>
        </w:rPr>
      </w:pPr>
      <w:sdt>
        <w:sdtPr>
          <w:rPr>
            <w:lang w:eastAsia="ja-JP"/>
          </w:rPr>
          <w:id w:val="305125728"/>
          <w14:checkbox>
            <w14:checked w14:val="0"/>
            <w14:checkedState w14:val="2612" w14:font="ＭＳ ゴシック"/>
            <w14:uncheckedState w14:val="2610" w14:font="ＭＳ ゴシック"/>
          </w14:checkbox>
        </w:sdtPr>
        <w:sdtEndPr/>
        <w:sdtContent>
          <w:r w:rsidR="0031719E">
            <w:rPr>
              <w:rFonts w:ascii="ＭＳ ゴシック" w:eastAsia="ＭＳ ゴシック" w:hAnsi="ＭＳ ゴシック" w:hint="eastAsia"/>
              <w:lang w:eastAsia="ja-JP"/>
            </w:rPr>
            <w:t>☐</w:t>
          </w:r>
        </w:sdtContent>
      </w:sdt>
      <w:r w:rsidR="0031719E" w:rsidRPr="0031719E">
        <w:rPr>
          <w:rFonts w:ascii="Times New Roman" w:hAnsi="Times New Roman" w:cs="Times New Roman"/>
          <w:lang w:eastAsia="ja-JP"/>
        </w:rPr>
        <w:t xml:space="preserve"> </w:t>
      </w:r>
      <w:r w:rsidR="008F3937" w:rsidRPr="007D129C">
        <w:rPr>
          <w:rFonts w:ascii="Times New Roman" w:hAnsi="Times New Roman" w:cs="Times New Roman"/>
          <w:lang w:eastAsia="ja-JP"/>
        </w:rPr>
        <w:t xml:space="preserve">I understand </w:t>
      </w:r>
      <w:r w:rsidR="00D54EE3" w:rsidRPr="007D129C">
        <w:rPr>
          <w:rFonts w:ascii="Times New Roman" w:hAnsi="Times New Roman" w:cs="Times New Roman"/>
          <w:lang w:eastAsia="ja-JP"/>
        </w:rPr>
        <w:t xml:space="preserve">and agree </w:t>
      </w:r>
      <w:r w:rsidR="008F3937" w:rsidRPr="007D129C">
        <w:rPr>
          <w:rFonts w:ascii="Times New Roman" w:hAnsi="Times New Roman" w:cs="Times New Roman"/>
          <w:lang w:eastAsia="ja-JP"/>
        </w:rPr>
        <w:t xml:space="preserve">that my </w:t>
      </w:r>
      <w:r w:rsidR="00D54EE3" w:rsidRPr="007D129C">
        <w:rPr>
          <w:rFonts w:ascii="Times New Roman" w:hAnsi="Times New Roman" w:cs="Times New Roman"/>
          <w:lang w:eastAsia="ja-JP"/>
        </w:rPr>
        <w:t>enrollment</w:t>
      </w:r>
      <w:r w:rsidR="008F3937" w:rsidRPr="007D129C">
        <w:rPr>
          <w:rFonts w:ascii="Times New Roman" w:hAnsi="Times New Roman" w:cs="Times New Roman"/>
          <w:lang w:eastAsia="ja-JP"/>
        </w:rPr>
        <w:t xml:space="preserve"> for the SPRING Pro</w:t>
      </w:r>
      <w:r w:rsidR="00D54EE3" w:rsidRPr="007D129C">
        <w:rPr>
          <w:rFonts w:ascii="Times New Roman" w:hAnsi="Times New Roman" w:cs="Times New Roman"/>
          <w:lang w:eastAsia="ja-JP"/>
        </w:rPr>
        <w:t>ject</w:t>
      </w:r>
      <w:r w:rsidR="008F3937" w:rsidRPr="007D129C">
        <w:rPr>
          <w:rFonts w:ascii="Times New Roman" w:hAnsi="Times New Roman" w:cs="Times New Roman"/>
          <w:lang w:eastAsia="ja-JP"/>
        </w:rPr>
        <w:t xml:space="preserve"> may be revoked if there are any discrepancies between the information provided in my application and the contents of the certificates or other supporting documents I submit.</w:t>
      </w:r>
    </w:p>
    <w:p w14:paraId="35DFEA35" w14:textId="77777777" w:rsidR="000D4C66" w:rsidRDefault="000D4C66">
      <w:pPr>
        <w:spacing w:after="80"/>
        <w:rPr>
          <w:lang w:eastAsia="ja-JP"/>
        </w:rPr>
      </w:pPr>
    </w:p>
    <w:p w14:paraId="5EF6864A" w14:textId="47ED772A" w:rsidR="007503E3" w:rsidRPr="007503E3" w:rsidRDefault="007503E3" w:rsidP="007503E3">
      <w:pPr>
        <w:tabs>
          <w:tab w:val="left" w:pos="4157"/>
        </w:tabs>
        <w:rPr>
          <w:lang w:eastAsia="ja-JP"/>
        </w:rPr>
      </w:pPr>
    </w:p>
    <w:sectPr w:rsidR="007503E3" w:rsidRPr="007503E3" w:rsidSect="00034616">
      <w:footerReference w:type="default" r:id="rId8"/>
      <w:pgSz w:w="12240" w:h="15840"/>
      <w:pgMar w:top="794" w:right="964" w:bottom="794"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29ADD" w14:textId="77777777" w:rsidR="00705787" w:rsidRDefault="00705787">
      <w:pPr>
        <w:spacing w:after="0" w:line="240" w:lineRule="auto"/>
      </w:pPr>
      <w:r>
        <w:separator/>
      </w:r>
    </w:p>
  </w:endnote>
  <w:endnote w:type="continuationSeparator" w:id="0">
    <w:p w14:paraId="28DED622" w14:textId="77777777" w:rsidR="00705787" w:rsidRDefault="0070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D デジタル 教科書体 NK-R">
    <w:altName w:val="UD Digi Kyokasho NK-R"/>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62AA2" w14:textId="6351A5D1" w:rsidR="00850679" w:rsidRDefault="00850679">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9CE53" w14:textId="77777777" w:rsidR="00705787" w:rsidRDefault="00705787">
      <w:pPr>
        <w:spacing w:after="0" w:line="240" w:lineRule="auto"/>
      </w:pPr>
      <w:r>
        <w:separator/>
      </w:r>
    </w:p>
  </w:footnote>
  <w:footnote w:type="continuationSeparator" w:id="0">
    <w:p w14:paraId="5549186A" w14:textId="77777777" w:rsidR="00705787" w:rsidRDefault="007057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445655526">
    <w:abstractNumId w:val="8"/>
  </w:num>
  <w:num w:numId="2" w16cid:durableId="1598366608">
    <w:abstractNumId w:val="6"/>
  </w:num>
  <w:num w:numId="3" w16cid:durableId="607085018">
    <w:abstractNumId w:val="5"/>
  </w:num>
  <w:num w:numId="4" w16cid:durableId="2086217384">
    <w:abstractNumId w:val="4"/>
  </w:num>
  <w:num w:numId="5" w16cid:durableId="256451373">
    <w:abstractNumId w:val="7"/>
  </w:num>
  <w:num w:numId="6" w16cid:durableId="719481441">
    <w:abstractNumId w:val="3"/>
  </w:num>
  <w:num w:numId="7" w16cid:durableId="1983806000">
    <w:abstractNumId w:val="2"/>
  </w:num>
  <w:num w:numId="8" w16cid:durableId="2058967783">
    <w:abstractNumId w:val="1"/>
  </w:num>
  <w:num w:numId="9" w16cid:durableId="1031875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markup="0"/>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72E"/>
    <w:rsid w:val="00034616"/>
    <w:rsid w:val="00051D96"/>
    <w:rsid w:val="0006063C"/>
    <w:rsid w:val="00061477"/>
    <w:rsid w:val="000D4C66"/>
    <w:rsid w:val="0011508E"/>
    <w:rsid w:val="00135170"/>
    <w:rsid w:val="0015074B"/>
    <w:rsid w:val="00184350"/>
    <w:rsid w:val="00261339"/>
    <w:rsid w:val="002718D5"/>
    <w:rsid w:val="0029639D"/>
    <w:rsid w:val="003111D7"/>
    <w:rsid w:val="0031719E"/>
    <w:rsid w:val="00317662"/>
    <w:rsid w:val="00326F90"/>
    <w:rsid w:val="00345EB5"/>
    <w:rsid w:val="003F6FF9"/>
    <w:rsid w:val="004247FB"/>
    <w:rsid w:val="0050781E"/>
    <w:rsid w:val="00510665"/>
    <w:rsid w:val="00564037"/>
    <w:rsid w:val="005B683C"/>
    <w:rsid w:val="005F2C18"/>
    <w:rsid w:val="00634758"/>
    <w:rsid w:val="006447C7"/>
    <w:rsid w:val="00677B81"/>
    <w:rsid w:val="006C5098"/>
    <w:rsid w:val="00705787"/>
    <w:rsid w:val="00707FB9"/>
    <w:rsid w:val="007503E3"/>
    <w:rsid w:val="0075173E"/>
    <w:rsid w:val="00775297"/>
    <w:rsid w:val="007C68C9"/>
    <w:rsid w:val="007D129C"/>
    <w:rsid w:val="007E4383"/>
    <w:rsid w:val="007F0092"/>
    <w:rsid w:val="00820411"/>
    <w:rsid w:val="00850679"/>
    <w:rsid w:val="008D7F61"/>
    <w:rsid w:val="008F0A28"/>
    <w:rsid w:val="008F3937"/>
    <w:rsid w:val="00903124"/>
    <w:rsid w:val="009127D7"/>
    <w:rsid w:val="00935AC8"/>
    <w:rsid w:val="0094164C"/>
    <w:rsid w:val="009653EB"/>
    <w:rsid w:val="009E2297"/>
    <w:rsid w:val="009F3358"/>
    <w:rsid w:val="00AA1D8D"/>
    <w:rsid w:val="00AC1EED"/>
    <w:rsid w:val="00AC332E"/>
    <w:rsid w:val="00AD1A6C"/>
    <w:rsid w:val="00AF4D7D"/>
    <w:rsid w:val="00B2202F"/>
    <w:rsid w:val="00B2737B"/>
    <w:rsid w:val="00B47730"/>
    <w:rsid w:val="00B511C9"/>
    <w:rsid w:val="00B76647"/>
    <w:rsid w:val="00BB3460"/>
    <w:rsid w:val="00BF3116"/>
    <w:rsid w:val="00C06B37"/>
    <w:rsid w:val="00C64DCA"/>
    <w:rsid w:val="00C65CAF"/>
    <w:rsid w:val="00C71C42"/>
    <w:rsid w:val="00CA41C9"/>
    <w:rsid w:val="00CB0664"/>
    <w:rsid w:val="00CC018D"/>
    <w:rsid w:val="00CD7CC7"/>
    <w:rsid w:val="00CF2FF6"/>
    <w:rsid w:val="00D520B2"/>
    <w:rsid w:val="00D54EE3"/>
    <w:rsid w:val="00D84E7B"/>
    <w:rsid w:val="00D976EE"/>
    <w:rsid w:val="00DD6633"/>
    <w:rsid w:val="00E4487A"/>
    <w:rsid w:val="00E45112"/>
    <w:rsid w:val="00E56BDA"/>
    <w:rsid w:val="00E62394"/>
    <w:rsid w:val="00E73BA6"/>
    <w:rsid w:val="00E76CF2"/>
    <w:rsid w:val="00E808BC"/>
    <w:rsid w:val="00EF2572"/>
    <w:rsid w:val="00F70913"/>
    <w:rsid w:val="00FC693F"/>
    <w:rsid w:val="00FE3C4A"/>
    <w:rsid w:val="00FF3570"/>
    <w:rsid w:val="00FF74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77475B0"/>
  <w14:defaultImageDpi w14:val="330"/>
  <w15:docId w15:val="{CF2EF89A-72CA-47BC-9E40-F47D354A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Yu Gothic" w:eastAsia="Yu Gothic" w:hAnsi="Yu Gothic"/>
      <w:sz w:val="1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
    <w:name w:val="Revision"/>
    <w:hidden/>
    <w:uiPriority w:val="99"/>
    <w:semiHidden/>
    <w:rsid w:val="00BB3460"/>
    <w:pPr>
      <w:spacing w:after="0" w:line="240" w:lineRule="auto"/>
    </w:pPr>
    <w:rPr>
      <w:rFonts w:ascii="Yu Gothic" w:eastAsia="Yu Gothic" w:hAnsi="Yu Gothic"/>
      <w:sz w:val="18"/>
    </w:rPr>
  </w:style>
  <w:style w:type="paragraph" w:styleId="Web">
    <w:name w:val="Normal (Web)"/>
    <w:basedOn w:val="a1"/>
    <w:uiPriority w:val="99"/>
    <w:semiHidden/>
    <w:unhideWhenUsed/>
    <w:rsid w:val="0090312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Pages>
  <Words>461</Words>
  <Characters>2632</Characters>
  <Application>Microsoft Office Word</Application>
  <DocSecurity>0</DocSecurity>
  <Lines>21</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3087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坂本喜枝</cp:lastModifiedBy>
  <cp:revision>34</cp:revision>
  <cp:lastPrinted>2026-11-02T01:45:00Z</cp:lastPrinted>
  <dcterms:created xsi:type="dcterms:W3CDTF">2026-10-16T01:04:00Z</dcterms:created>
  <dcterms:modified xsi:type="dcterms:W3CDTF">2026-11-05T01:10:00Z</dcterms:modified>
  <cp:category/>
</cp:coreProperties>
</file>